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09" w:rsidRPr="003A6AC8" w:rsidRDefault="003A6AC8">
      <w:pPr>
        <w:pStyle w:val="aa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3566795</wp:posOffset>
            </wp:positionH>
            <wp:positionV relativeFrom="paragraph">
              <wp:posOffset>651510</wp:posOffset>
            </wp:positionV>
            <wp:extent cx="2907665" cy="1820545"/>
            <wp:effectExtent l="19050" t="0" r="6985" b="0"/>
            <wp:wrapTight wrapText="bothSides">
              <wp:wrapPolygon edited="0">
                <wp:start x="-142" y="0"/>
                <wp:lineTo x="-142" y="21472"/>
                <wp:lineTo x="21652" y="21472"/>
                <wp:lineTo x="21652" y="0"/>
                <wp:lineTo x="-142" y="0"/>
              </wp:wrapPolygon>
            </wp:wrapTight>
            <wp:docPr id="1" name="Рисунок 0" descr="изображение_viber_2026-04-20_10-10-28-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4-20_10-10-28-26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766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6AC8">
        <w:rPr>
          <w:lang w:val="ru-RU"/>
        </w:rPr>
        <w:t xml:space="preserve">Конспект уроку </w:t>
      </w:r>
      <w:proofErr w:type="spellStart"/>
      <w:r w:rsidRPr="003A6AC8">
        <w:rPr>
          <w:lang w:val="ru-RU"/>
        </w:rPr>
        <w:t>з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географії</w:t>
      </w:r>
      <w:proofErr w:type="spellEnd"/>
      <w:r w:rsidRPr="003A6AC8">
        <w:rPr>
          <w:lang w:val="ru-RU"/>
        </w:rPr>
        <w:t xml:space="preserve"> (7 </w:t>
      </w:r>
      <w:proofErr w:type="spellStart"/>
      <w:r w:rsidRPr="003A6AC8">
        <w:rPr>
          <w:lang w:val="ru-RU"/>
        </w:rPr>
        <w:t>клас</w:t>
      </w:r>
      <w:proofErr w:type="spellEnd"/>
      <w:r w:rsidRPr="003A6AC8">
        <w:rPr>
          <w:lang w:val="ru-RU"/>
        </w:rPr>
        <w:t>)</w:t>
      </w:r>
    </w:p>
    <w:p w:rsidR="003A6AC8" w:rsidRDefault="003A6AC8">
      <w:pPr>
        <w:rPr>
          <w:lang w:val="ru-RU"/>
        </w:rPr>
      </w:pPr>
      <w:r w:rsidRPr="003A6AC8">
        <w:rPr>
          <w:lang w:val="ru-RU"/>
        </w:rPr>
        <w:br/>
        <w:t>Тема уроку:</w:t>
      </w:r>
      <w:r w:rsidRPr="003A6AC8">
        <w:rPr>
          <w:lang w:val="ru-RU"/>
        </w:rPr>
        <w:br/>
      </w:r>
      <w:proofErr w:type="spellStart"/>
      <w:r w:rsidRPr="003A6AC8">
        <w:rPr>
          <w:lang w:val="ru-RU"/>
        </w:rPr>
        <w:t>Чому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Євразію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називають</w:t>
      </w:r>
      <w:proofErr w:type="spellEnd"/>
      <w:r w:rsidRPr="003A6AC8">
        <w:rPr>
          <w:lang w:val="ru-RU"/>
        </w:rPr>
        <w:t xml:space="preserve"> материком </w:t>
      </w:r>
      <w:proofErr w:type="spellStart"/>
      <w:r w:rsidRPr="003A6AC8">
        <w:rPr>
          <w:lang w:val="ru-RU"/>
        </w:rPr>
        <w:t>контрастів</w:t>
      </w:r>
      <w:proofErr w:type="spellEnd"/>
      <w:r w:rsidRPr="003A6AC8">
        <w:rPr>
          <w:lang w:val="ru-RU"/>
        </w:rPr>
        <w:t xml:space="preserve"> та </w:t>
      </w:r>
      <w:proofErr w:type="spellStart"/>
      <w:r w:rsidRPr="003A6AC8">
        <w:rPr>
          <w:lang w:val="ru-RU"/>
        </w:rPr>
        <w:t>рекордів</w:t>
      </w:r>
      <w:proofErr w:type="spellEnd"/>
      <w:r w:rsidRPr="003A6AC8">
        <w:rPr>
          <w:lang w:val="ru-RU"/>
        </w:rPr>
        <w:br/>
      </w:r>
      <w:r w:rsidRPr="003A6AC8">
        <w:rPr>
          <w:lang w:val="ru-RU"/>
        </w:rPr>
        <w:br/>
        <w:t>Мета уроку: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сформувати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уявлення</w:t>
      </w:r>
      <w:proofErr w:type="spellEnd"/>
      <w:r w:rsidRPr="003A6AC8">
        <w:rPr>
          <w:lang w:val="ru-RU"/>
        </w:rPr>
        <w:t xml:space="preserve"> про </w:t>
      </w:r>
      <w:proofErr w:type="spellStart"/>
      <w:r w:rsidRPr="003A6AC8">
        <w:rPr>
          <w:lang w:val="ru-RU"/>
        </w:rPr>
        <w:t>природні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контрасти</w:t>
      </w:r>
      <w:proofErr w:type="spellEnd"/>
      <w:r w:rsidRPr="003A6AC8">
        <w:rPr>
          <w:lang w:val="ru-RU"/>
        </w:rPr>
        <w:t xml:space="preserve"> материка </w:t>
      </w:r>
      <w:proofErr w:type="spellStart"/>
      <w:r w:rsidRPr="003A6AC8">
        <w:rPr>
          <w:lang w:val="ru-RU"/>
        </w:rPr>
        <w:t>Євразія</w:t>
      </w:r>
      <w:proofErr w:type="spellEnd"/>
      <w:r w:rsidRPr="003A6AC8">
        <w:rPr>
          <w:lang w:val="ru-RU"/>
        </w:rPr>
        <w:t>;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ознайомити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з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географічними</w:t>
      </w:r>
      <w:proofErr w:type="spellEnd"/>
      <w:r w:rsidRPr="003A6AC8">
        <w:rPr>
          <w:lang w:val="ru-RU"/>
        </w:rPr>
        <w:t xml:space="preserve"> рекордами материка;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розвивати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вміння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аналізувати</w:t>
      </w:r>
      <w:proofErr w:type="spellEnd"/>
      <w:r w:rsidRPr="003A6AC8">
        <w:rPr>
          <w:lang w:val="ru-RU"/>
        </w:rPr>
        <w:t xml:space="preserve"> карту та </w:t>
      </w:r>
      <w:proofErr w:type="spellStart"/>
      <w:r w:rsidRPr="003A6AC8">
        <w:rPr>
          <w:lang w:val="ru-RU"/>
        </w:rPr>
        <w:t>робити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висновки</w:t>
      </w:r>
      <w:proofErr w:type="spellEnd"/>
      <w:r w:rsidRPr="003A6AC8">
        <w:rPr>
          <w:lang w:val="ru-RU"/>
        </w:rPr>
        <w:t>;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виховувати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інтерес</w:t>
      </w:r>
      <w:proofErr w:type="spellEnd"/>
      <w:r w:rsidRPr="003A6AC8">
        <w:rPr>
          <w:lang w:val="ru-RU"/>
        </w:rPr>
        <w:t xml:space="preserve"> до </w:t>
      </w:r>
      <w:proofErr w:type="spellStart"/>
      <w:proofErr w:type="gramStart"/>
      <w:r w:rsidRPr="003A6AC8">
        <w:rPr>
          <w:lang w:val="ru-RU"/>
        </w:rPr>
        <w:t>п</w:t>
      </w:r>
      <w:proofErr w:type="gramEnd"/>
      <w:r w:rsidRPr="003A6AC8">
        <w:rPr>
          <w:lang w:val="ru-RU"/>
        </w:rPr>
        <w:t>ізнання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світу</w:t>
      </w:r>
      <w:proofErr w:type="spellEnd"/>
      <w:r w:rsidRPr="003A6AC8">
        <w:rPr>
          <w:lang w:val="ru-RU"/>
        </w:rPr>
        <w:t>.</w:t>
      </w:r>
      <w:r w:rsidRPr="003A6AC8">
        <w:rPr>
          <w:lang w:val="ru-RU"/>
        </w:rPr>
        <w:br/>
      </w:r>
      <w:r w:rsidRPr="003A6AC8">
        <w:rPr>
          <w:lang w:val="ru-RU"/>
        </w:rPr>
        <w:br/>
        <w:t>Обладнання:</w:t>
      </w:r>
      <w:r w:rsidRPr="003A6AC8">
        <w:rPr>
          <w:lang w:val="ru-RU"/>
        </w:rPr>
        <w:br/>
        <w:t xml:space="preserve">карта </w:t>
      </w:r>
      <w:proofErr w:type="spellStart"/>
      <w:r w:rsidRPr="003A6AC8">
        <w:rPr>
          <w:lang w:val="ru-RU"/>
        </w:rPr>
        <w:t>Євразії</w:t>
      </w:r>
      <w:proofErr w:type="spellEnd"/>
      <w:r w:rsidRPr="003A6AC8">
        <w:rPr>
          <w:lang w:val="ru-RU"/>
        </w:rPr>
        <w:t xml:space="preserve">, атлас, </w:t>
      </w:r>
      <w:proofErr w:type="spellStart"/>
      <w:proofErr w:type="gramStart"/>
      <w:r w:rsidRPr="003A6AC8">
        <w:rPr>
          <w:lang w:val="ru-RU"/>
        </w:rPr>
        <w:t>п</w:t>
      </w:r>
      <w:proofErr w:type="gramEnd"/>
      <w:r w:rsidRPr="003A6AC8">
        <w:rPr>
          <w:lang w:val="ru-RU"/>
        </w:rPr>
        <w:t>ідручник</w:t>
      </w:r>
      <w:proofErr w:type="spellEnd"/>
      <w:r w:rsidRPr="003A6AC8">
        <w:rPr>
          <w:lang w:val="ru-RU"/>
        </w:rPr>
        <w:t xml:space="preserve">, </w:t>
      </w:r>
      <w:proofErr w:type="spellStart"/>
      <w:r w:rsidRPr="003A6AC8">
        <w:rPr>
          <w:lang w:val="ru-RU"/>
        </w:rPr>
        <w:t>презентація</w:t>
      </w:r>
      <w:proofErr w:type="spellEnd"/>
      <w:r w:rsidRPr="003A6AC8">
        <w:rPr>
          <w:lang w:val="ru-RU"/>
        </w:rPr>
        <w:t>.</w:t>
      </w:r>
      <w:r w:rsidRPr="003A6AC8">
        <w:rPr>
          <w:lang w:val="ru-RU"/>
        </w:rPr>
        <w:br/>
      </w:r>
      <w:r w:rsidRPr="003A6AC8">
        <w:rPr>
          <w:lang w:val="ru-RU"/>
        </w:rPr>
        <w:br/>
      </w:r>
      <w:proofErr w:type="spellStart"/>
      <w:r w:rsidRPr="003A6AC8">
        <w:rPr>
          <w:lang w:val="ru-RU"/>
        </w:rPr>
        <w:t>Хід</w:t>
      </w:r>
      <w:proofErr w:type="spellEnd"/>
      <w:r w:rsidRPr="003A6AC8">
        <w:rPr>
          <w:lang w:val="ru-RU"/>
        </w:rPr>
        <w:t xml:space="preserve"> уроку:</w:t>
      </w:r>
      <w:r w:rsidRPr="003A6AC8">
        <w:rPr>
          <w:lang w:val="ru-RU"/>
        </w:rPr>
        <w:br/>
      </w:r>
      <w:r w:rsidRPr="003A6AC8">
        <w:rPr>
          <w:lang w:val="ru-RU"/>
        </w:rPr>
        <w:br/>
        <w:t xml:space="preserve">1. </w:t>
      </w:r>
      <w:proofErr w:type="spellStart"/>
      <w:r w:rsidRPr="003A6AC8">
        <w:rPr>
          <w:lang w:val="ru-RU"/>
        </w:rPr>
        <w:t>Організаційний</w:t>
      </w:r>
      <w:proofErr w:type="spellEnd"/>
      <w:r w:rsidRPr="003A6AC8">
        <w:rPr>
          <w:lang w:val="ru-RU"/>
        </w:rPr>
        <w:t xml:space="preserve"> момент</w:t>
      </w:r>
      <w:r w:rsidRPr="003A6AC8">
        <w:rPr>
          <w:lang w:val="ru-RU"/>
        </w:rPr>
        <w:br/>
      </w:r>
      <w:proofErr w:type="spellStart"/>
      <w:r w:rsidRPr="003A6AC8">
        <w:rPr>
          <w:lang w:val="ru-RU"/>
        </w:rPr>
        <w:t>Привітання</w:t>
      </w:r>
      <w:proofErr w:type="spellEnd"/>
      <w:r w:rsidRPr="003A6AC8">
        <w:rPr>
          <w:lang w:val="ru-RU"/>
        </w:rPr>
        <w:t xml:space="preserve">, </w:t>
      </w:r>
      <w:proofErr w:type="spellStart"/>
      <w:r w:rsidRPr="003A6AC8">
        <w:rPr>
          <w:lang w:val="ru-RU"/>
        </w:rPr>
        <w:t>перевірка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готовності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учні</w:t>
      </w:r>
      <w:proofErr w:type="gramStart"/>
      <w:r w:rsidRPr="003A6AC8">
        <w:rPr>
          <w:lang w:val="ru-RU"/>
        </w:rPr>
        <w:t>в</w:t>
      </w:r>
      <w:proofErr w:type="spellEnd"/>
      <w:proofErr w:type="gramEnd"/>
      <w:r w:rsidRPr="003A6AC8">
        <w:rPr>
          <w:lang w:val="ru-RU"/>
        </w:rPr>
        <w:t xml:space="preserve"> до уроку.</w:t>
      </w:r>
      <w:r w:rsidRPr="003A6AC8">
        <w:rPr>
          <w:lang w:val="ru-RU"/>
        </w:rPr>
        <w:br/>
      </w:r>
      <w:r w:rsidRPr="003A6AC8">
        <w:rPr>
          <w:lang w:val="ru-RU"/>
        </w:rPr>
        <w:br/>
        <w:t xml:space="preserve">2. </w:t>
      </w:r>
      <w:proofErr w:type="spellStart"/>
      <w:r w:rsidRPr="003A6AC8">
        <w:rPr>
          <w:lang w:val="ru-RU"/>
        </w:rPr>
        <w:t>Актуалізація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опорних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знань</w:t>
      </w:r>
      <w:proofErr w:type="spellEnd"/>
      <w:r w:rsidRPr="003A6AC8">
        <w:rPr>
          <w:lang w:val="ru-RU"/>
        </w:rPr>
        <w:br/>
      </w:r>
      <w:proofErr w:type="spellStart"/>
      <w:r w:rsidRPr="003A6AC8">
        <w:rPr>
          <w:lang w:val="ru-RU"/>
        </w:rPr>
        <w:t>Бесіда</w:t>
      </w:r>
      <w:proofErr w:type="spellEnd"/>
      <w:r w:rsidRPr="003A6AC8">
        <w:rPr>
          <w:lang w:val="ru-RU"/>
        </w:rPr>
        <w:t>: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Які</w:t>
      </w:r>
      <w:proofErr w:type="spellEnd"/>
      <w:r w:rsidRPr="003A6AC8">
        <w:rPr>
          <w:lang w:val="ru-RU"/>
        </w:rPr>
        <w:t xml:space="preserve"> материки </w:t>
      </w:r>
      <w:proofErr w:type="spellStart"/>
      <w:r w:rsidRPr="003A6AC8">
        <w:rPr>
          <w:lang w:val="ru-RU"/>
        </w:rPr>
        <w:t>ви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знаєте</w:t>
      </w:r>
      <w:proofErr w:type="spellEnd"/>
      <w:r w:rsidRPr="003A6AC8">
        <w:rPr>
          <w:lang w:val="ru-RU"/>
        </w:rPr>
        <w:t>?</w:t>
      </w:r>
      <w:r w:rsidRPr="003A6AC8">
        <w:rPr>
          <w:lang w:val="ru-RU"/>
        </w:rPr>
        <w:br/>
        <w:t xml:space="preserve">- Чим </w:t>
      </w:r>
      <w:proofErr w:type="spellStart"/>
      <w:r w:rsidRPr="003A6AC8">
        <w:rPr>
          <w:lang w:val="ru-RU"/>
        </w:rPr>
        <w:t>ві</w:t>
      </w:r>
      <w:proofErr w:type="gramStart"/>
      <w:r w:rsidRPr="003A6AC8">
        <w:rPr>
          <w:lang w:val="ru-RU"/>
        </w:rPr>
        <w:t>др</w:t>
      </w:r>
      <w:proofErr w:type="gramEnd"/>
      <w:r w:rsidRPr="003A6AC8">
        <w:rPr>
          <w:lang w:val="ru-RU"/>
        </w:rPr>
        <w:t>ізняється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Євразія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від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інших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материків</w:t>
      </w:r>
      <w:proofErr w:type="spellEnd"/>
      <w:r w:rsidRPr="003A6AC8">
        <w:rPr>
          <w:lang w:val="ru-RU"/>
        </w:rPr>
        <w:t>?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Які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природні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зони</w:t>
      </w:r>
      <w:proofErr w:type="spellEnd"/>
      <w:r w:rsidRPr="003A6AC8">
        <w:rPr>
          <w:lang w:val="ru-RU"/>
        </w:rPr>
        <w:t xml:space="preserve"> вам </w:t>
      </w:r>
      <w:proofErr w:type="spellStart"/>
      <w:r w:rsidRPr="003A6AC8">
        <w:rPr>
          <w:lang w:val="ru-RU"/>
        </w:rPr>
        <w:t>відомі</w:t>
      </w:r>
      <w:proofErr w:type="spellEnd"/>
      <w:r w:rsidRPr="003A6AC8">
        <w:rPr>
          <w:lang w:val="ru-RU"/>
        </w:rPr>
        <w:t>?</w:t>
      </w:r>
      <w:r w:rsidRPr="003A6AC8">
        <w:rPr>
          <w:lang w:val="ru-RU"/>
        </w:rPr>
        <w:br/>
      </w:r>
      <w:r w:rsidRPr="003A6AC8">
        <w:rPr>
          <w:lang w:val="ru-RU"/>
        </w:rPr>
        <w:br/>
        <w:t xml:space="preserve">3. </w:t>
      </w:r>
      <w:proofErr w:type="spellStart"/>
      <w:r w:rsidRPr="003A6AC8">
        <w:rPr>
          <w:lang w:val="ru-RU"/>
        </w:rPr>
        <w:t>Вивчення</w:t>
      </w:r>
      <w:proofErr w:type="spellEnd"/>
      <w:r w:rsidRPr="003A6AC8">
        <w:rPr>
          <w:lang w:val="ru-RU"/>
        </w:rPr>
        <w:t xml:space="preserve"> нового </w:t>
      </w:r>
      <w:proofErr w:type="spellStart"/>
      <w:r w:rsidRPr="003A6AC8">
        <w:rPr>
          <w:lang w:val="ru-RU"/>
        </w:rPr>
        <w:t>матеріалу</w:t>
      </w:r>
      <w:proofErr w:type="spellEnd"/>
      <w:r w:rsidRPr="003A6AC8">
        <w:rPr>
          <w:lang w:val="ru-RU"/>
        </w:rPr>
        <w:br/>
      </w:r>
      <w:r w:rsidRPr="003A6AC8">
        <w:rPr>
          <w:lang w:val="ru-RU"/>
        </w:rPr>
        <w:br/>
        <w:t xml:space="preserve">1) </w:t>
      </w:r>
      <w:proofErr w:type="spellStart"/>
      <w:r w:rsidRPr="003A6AC8">
        <w:rPr>
          <w:lang w:val="ru-RU"/>
        </w:rPr>
        <w:t>Чому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Євразія</w:t>
      </w:r>
      <w:proofErr w:type="spellEnd"/>
      <w:r w:rsidRPr="003A6AC8">
        <w:rPr>
          <w:lang w:val="ru-RU"/>
        </w:rPr>
        <w:t xml:space="preserve"> — материк </w:t>
      </w:r>
      <w:proofErr w:type="spellStart"/>
      <w:r w:rsidRPr="003A6AC8">
        <w:rPr>
          <w:lang w:val="ru-RU"/>
        </w:rPr>
        <w:t>контрастів</w:t>
      </w:r>
      <w:proofErr w:type="spellEnd"/>
      <w:r w:rsidRPr="003A6AC8">
        <w:rPr>
          <w:lang w:val="ru-RU"/>
        </w:rPr>
        <w:t>?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Найвища</w:t>
      </w:r>
      <w:proofErr w:type="spellEnd"/>
      <w:r w:rsidRPr="003A6AC8">
        <w:rPr>
          <w:lang w:val="ru-RU"/>
        </w:rPr>
        <w:t xml:space="preserve"> точка </w:t>
      </w:r>
      <w:proofErr w:type="spellStart"/>
      <w:proofErr w:type="gramStart"/>
      <w:r w:rsidRPr="003A6AC8">
        <w:rPr>
          <w:lang w:val="ru-RU"/>
        </w:rPr>
        <w:t>св</w:t>
      </w:r>
      <w:proofErr w:type="gramEnd"/>
      <w:r w:rsidRPr="003A6AC8">
        <w:rPr>
          <w:lang w:val="ru-RU"/>
        </w:rPr>
        <w:t>іту</w:t>
      </w:r>
      <w:proofErr w:type="spellEnd"/>
      <w:r w:rsidRPr="003A6AC8">
        <w:rPr>
          <w:lang w:val="ru-RU"/>
        </w:rPr>
        <w:t xml:space="preserve"> — </w:t>
      </w:r>
      <w:proofErr w:type="spellStart"/>
      <w:r w:rsidRPr="003A6AC8">
        <w:rPr>
          <w:lang w:val="ru-RU"/>
        </w:rPr>
        <w:t>Еверест</w:t>
      </w:r>
      <w:proofErr w:type="spellEnd"/>
      <w:r w:rsidRPr="003A6AC8">
        <w:rPr>
          <w:lang w:val="ru-RU"/>
        </w:rPr>
        <w:t xml:space="preserve"> (8848 м)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Найнижча</w:t>
      </w:r>
      <w:proofErr w:type="spellEnd"/>
      <w:r w:rsidRPr="003A6AC8">
        <w:rPr>
          <w:lang w:val="ru-RU"/>
        </w:rPr>
        <w:t xml:space="preserve"> ділянка суходолу — </w:t>
      </w:r>
      <w:proofErr w:type="spellStart"/>
      <w:r w:rsidRPr="003A6AC8">
        <w:rPr>
          <w:lang w:val="ru-RU"/>
        </w:rPr>
        <w:t>Мертве</w:t>
      </w:r>
      <w:proofErr w:type="spellEnd"/>
      <w:r w:rsidRPr="003A6AC8">
        <w:rPr>
          <w:lang w:val="ru-RU"/>
        </w:rPr>
        <w:t xml:space="preserve"> море (-430 м)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Різноманітність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кліматів</w:t>
      </w:r>
      <w:proofErr w:type="spellEnd"/>
      <w:r w:rsidRPr="003A6AC8">
        <w:rPr>
          <w:lang w:val="ru-RU"/>
        </w:rPr>
        <w:t xml:space="preserve">: </w:t>
      </w:r>
      <w:proofErr w:type="spellStart"/>
      <w:r w:rsidRPr="003A6AC8">
        <w:rPr>
          <w:lang w:val="ru-RU"/>
        </w:rPr>
        <w:t>від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арктичного</w:t>
      </w:r>
      <w:proofErr w:type="spellEnd"/>
      <w:r w:rsidRPr="003A6AC8">
        <w:rPr>
          <w:lang w:val="ru-RU"/>
        </w:rPr>
        <w:t xml:space="preserve"> до </w:t>
      </w:r>
      <w:proofErr w:type="spellStart"/>
      <w:r w:rsidRPr="003A6AC8">
        <w:rPr>
          <w:lang w:val="ru-RU"/>
        </w:rPr>
        <w:t>тропічного</w:t>
      </w:r>
      <w:proofErr w:type="spellEnd"/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Великі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пустелі</w:t>
      </w:r>
      <w:proofErr w:type="spellEnd"/>
      <w:r w:rsidRPr="003A6AC8">
        <w:rPr>
          <w:lang w:val="ru-RU"/>
        </w:rPr>
        <w:t xml:space="preserve"> (</w:t>
      </w:r>
      <w:proofErr w:type="spellStart"/>
      <w:r w:rsidRPr="003A6AC8">
        <w:rPr>
          <w:lang w:val="ru-RU"/>
        </w:rPr>
        <w:t>Гобі</w:t>
      </w:r>
      <w:proofErr w:type="spellEnd"/>
      <w:r w:rsidRPr="003A6AC8">
        <w:rPr>
          <w:lang w:val="ru-RU"/>
        </w:rPr>
        <w:t xml:space="preserve">) </w:t>
      </w:r>
      <w:proofErr w:type="spellStart"/>
      <w:r w:rsidRPr="003A6AC8">
        <w:rPr>
          <w:lang w:val="ru-RU"/>
        </w:rPr>
        <w:t>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холодні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території</w:t>
      </w:r>
      <w:proofErr w:type="spellEnd"/>
      <w:r w:rsidRPr="003A6AC8">
        <w:rPr>
          <w:lang w:val="ru-RU"/>
        </w:rPr>
        <w:t xml:space="preserve"> (</w:t>
      </w:r>
      <w:proofErr w:type="spellStart"/>
      <w:r w:rsidRPr="003A6AC8">
        <w:rPr>
          <w:lang w:val="ru-RU"/>
        </w:rPr>
        <w:t>Сибір</w:t>
      </w:r>
      <w:proofErr w:type="spellEnd"/>
      <w:r w:rsidRPr="003A6AC8">
        <w:rPr>
          <w:lang w:val="ru-RU"/>
        </w:rPr>
        <w:t>)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Великі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річки</w:t>
      </w:r>
      <w:proofErr w:type="spellEnd"/>
      <w:r w:rsidRPr="003A6AC8">
        <w:rPr>
          <w:lang w:val="ru-RU"/>
        </w:rPr>
        <w:t xml:space="preserve">: </w:t>
      </w:r>
      <w:proofErr w:type="spellStart"/>
      <w:r w:rsidRPr="003A6AC8">
        <w:rPr>
          <w:lang w:val="ru-RU"/>
        </w:rPr>
        <w:t>Янцзи</w:t>
      </w:r>
      <w:proofErr w:type="spellEnd"/>
      <w:r w:rsidRPr="003A6AC8">
        <w:rPr>
          <w:lang w:val="ru-RU"/>
        </w:rPr>
        <w:t>, Волга, Об</w:t>
      </w:r>
      <w:r w:rsidRPr="003A6AC8">
        <w:rPr>
          <w:lang w:val="ru-RU"/>
        </w:rPr>
        <w:br/>
      </w:r>
      <w:r w:rsidRPr="003A6AC8">
        <w:rPr>
          <w:lang w:val="ru-RU"/>
        </w:rPr>
        <w:br/>
      </w:r>
      <w:proofErr w:type="spellStart"/>
      <w:r w:rsidRPr="003A6AC8">
        <w:rPr>
          <w:lang w:val="ru-RU"/>
        </w:rPr>
        <w:t>Висновок</w:t>
      </w:r>
      <w:proofErr w:type="spellEnd"/>
      <w:r w:rsidRPr="003A6AC8">
        <w:rPr>
          <w:lang w:val="ru-RU"/>
        </w:rPr>
        <w:t xml:space="preserve">: </w:t>
      </w:r>
      <w:proofErr w:type="spellStart"/>
      <w:r w:rsidRPr="003A6AC8">
        <w:rPr>
          <w:lang w:val="ru-RU"/>
        </w:rPr>
        <w:t>Євразія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має</w:t>
      </w:r>
      <w:proofErr w:type="spellEnd"/>
      <w:r w:rsidRPr="003A6AC8">
        <w:rPr>
          <w:lang w:val="ru-RU"/>
        </w:rPr>
        <w:t xml:space="preserve"> </w:t>
      </w:r>
      <w:proofErr w:type="spellStart"/>
      <w:proofErr w:type="gramStart"/>
      <w:r w:rsidRPr="003A6AC8">
        <w:rPr>
          <w:lang w:val="ru-RU"/>
        </w:rPr>
        <w:t>р</w:t>
      </w:r>
      <w:proofErr w:type="gramEnd"/>
      <w:r w:rsidRPr="003A6AC8">
        <w:rPr>
          <w:lang w:val="ru-RU"/>
        </w:rPr>
        <w:t>ізкі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відмінності</w:t>
      </w:r>
      <w:proofErr w:type="spellEnd"/>
      <w:r w:rsidRPr="003A6AC8">
        <w:rPr>
          <w:lang w:val="ru-RU"/>
        </w:rPr>
        <w:t xml:space="preserve"> в </w:t>
      </w:r>
      <w:proofErr w:type="spellStart"/>
      <w:r w:rsidRPr="003A6AC8">
        <w:rPr>
          <w:lang w:val="ru-RU"/>
        </w:rPr>
        <w:t>природі</w:t>
      </w:r>
      <w:proofErr w:type="spellEnd"/>
      <w:r w:rsidRPr="003A6AC8">
        <w:rPr>
          <w:lang w:val="ru-RU"/>
        </w:rPr>
        <w:t xml:space="preserve"> — </w:t>
      </w:r>
      <w:proofErr w:type="spellStart"/>
      <w:r w:rsidRPr="003A6AC8">
        <w:rPr>
          <w:lang w:val="ru-RU"/>
        </w:rPr>
        <w:t>це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є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контрасти</w:t>
      </w:r>
      <w:proofErr w:type="spellEnd"/>
      <w:r w:rsidRPr="003A6AC8">
        <w:rPr>
          <w:lang w:val="ru-RU"/>
        </w:rPr>
        <w:t>.</w:t>
      </w:r>
      <w:r w:rsidRPr="003A6AC8">
        <w:rPr>
          <w:lang w:val="ru-RU"/>
        </w:rPr>
        <w:br/>
      </w:r>
      <w:r w:rsidRPr="003A6AC8">
        <w:rPr>
          <w:lang w:val="ru-RU"/>
        </w:rPr>
        <w:br/>
        <w:t xml:space="preserve">2) </w:t>
      </w:r>
      <w:proofErr w:type="spellStart"/>
      <w:r w:rsidRPr="003A6AC8">
        <w:rPr>
          <w:lang w:val="ru-RU"/>
        </w:rPr>
        <w:t>Чому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Євразія</w:t>
      </w:r>
      <w:proofErr w:type="spellEnd"/>
      <w:r w:rsidRPr="003A6AC8">
        <w:rPr>
          <w:lang w:val="ru-RU"/>
        </w:rPr>
        <w:t xml:space="preserve"> — материк </w:t>
      </w:r>
      <w:proofErr w:type="spellStart"/>
      <w:r w:rsidRPr="003A6AC8">
        <w:rPr>
          <w:lang w:val="ru-RU"/>
        </w:rPr>
        <w:t>рекордів</w:t>
      </w:r>
      <w:proofErr w:type="spellEnd"/>
      <w:r w:rsidRPr="003A6AC8">
        <w:rPr>
          <w:lang w:val="ru-RU"/>
        </w:rPr>
        <w:t>?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Найбільший</w:t>
      </w:r>
      <w:proofErr w:type="spellEnd"/>
      <w:r w:rsidRPr="003A6AC8">
        <w:rPr>
          <w:lang w:val="ru-RU"/>
        </w:rPr>
        <w:t xml:space="preserve"> материк </w:t>
      </w:r>
      <w:proofErr w:type="spellStart"/>
      <w:r w:rsidRPr="003A6AC8">
        <w:rPr>
          <w:lang w:val="ru-RU"/>
        </w:rPr>
        <w:t>світу</w:t>
      </w:r>
      <w:proofErr w:type="spellEnd"/>
      <w:r w:rsidRPr="003A6AC8">
        <w:rPr>
          <w:lang w:val="ru-RU"/>
        </w:rPr>
        <w:br/>
      </w:r>
      <w:r w:rsidRPr="003A6AC8">
        <w:rPr>
          <w:lang w:val="ru-RU"/>
        </w:rPr>
        <w:lastRenderedPageBreak/>
        <w:t xml:space="preserve">- </w:t>
      </w:r>
      <w:proofErr w:type="spellStart"/>
      <w:r w:rsidRPr="003A6AC8">
        <w:rPr>
          <w:lang w:val="ru-RU"/>
        </w:rPr>
        <w:t>Найвища</w:t>
      </w:r>
      <w:proofErr w:type="spellEnd"/>
      <w:r w:rsidRPr="003A6AC8">
        <w:rPr>
          <w:lang w:val="ru-RU"/>
        </w:rPr>
        <w:t xml:space="preserve"> гора — </w:t>
      </w:r>
      <w:proofErr w:type="spellStart"/>
      <w:r w:rsidRPr="003A6AC8">
        <w:rPr>
          <w:lang w:val="ru-RU"/>
        </w:rPr>
        <w:t>Еверест</w:t>
      </w:r>
      <w:proofErr w:type="spellEnd"/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Найглибше</w:t>
      </w:r>
      <w:proofErr w:type="spellEnd"/>
      <w:r w:rsidRPr="003A6AC8">
        <w:rPr>
          <w:lang w:val="ru-RU"/>
        </w:rPr>
        <w:t xml:space="preserve"> озеро — Байкал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Найдовша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річка</w:t>
      </w:r>
      <w:proofErr w:type="spellEnd"/>
      <w:r w:rsidRPr="003A6AC8">
        <w:rPr>
          <w:lang w:val="ru-RU"/>
        </w:rPr>
        <w:t xml:space="preserve"> — </w:t>
      </w:r>
      <w:proofErr w:type="spellStart"/>
      <w:r w:rsidRPr="003A6AC8">
        <w:rPr>
          <w:lang w:val="ru-RU"/>
        </w:rPr>
        <w:t>Янцзи</w:t>
      </w:r>
      <w:proofErr w:type="spellEnd"/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Найбільша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кількість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населення</w:t>
      </w:r>
      <w:proofErr w:type="spellEnd"/>
      <w:r w:rsidRPr="003A6AC8">
        <w:rPr>
          <w:lang w:val="ru-RU"/>
        </w:rPr>
        <w:br/>
      </w:r>
      <w:r w:rsidRPr="003A6AC8">
        <w:rPr>
          <w:lang w:val="ru-RU"/>
        </w:rPr>
        <w:br/>
      </w:r>
      <w:proofErr w:type="spellStart"/>
      <w:r w:rsidRPr="003A6AC8">
        <w:rPr>
          <w:lang w:val="ru-RU"/>
        </w:rPr>
        <w:t>Висновок</w:t>
      </w:r>
      <w:proofErr w:type="spellEnd"/>
      <w:r w:rsidRPr="003A6AC8">
        <w:rPr>
          <w:lang w:val="ru-RU"/>
        </w:rPr>
        <w:t xml:space="preserve">: </w:t>
      </w:r>
      <w:proofErr w:type="spellStart"/>
      <w:r w:rsidRPr="003A6AC8">
        <w:rPr>
          <w:lang w:val="ru-RU"/>
        </w:rPr>
        <w:t>Євразія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має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найбільшу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кількість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географічних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рекордів</w:t>
      </w:r>
      <w:proofErr w:type="spellEnd"/>
      <w:r w:rsidRPr="003A6AC8">
        <w:rPr>
          <w:lang w:val="ru-RU"/>
        </w:rPr>
        <w:t>.</w:t>
      </w:r>
      <w:r w:rsidRPr="003A6AC8">
        <w:rPr>
          <w:lang w:val="ru-RU"/>
        </w:rPr>
        <w:br/>
      </w:r>
      <w:r w:rsidRPr="003A6AC8">
        <w:rPr>
          <w:lang w:val="ru-RU"/>
        </w:rPr>
        <w:br/>
        <w:t xml:space="preserve">4. </w:t>
      </w:r>
      <w:proofErr w:type="spellStart"/>
      <w:r w:rsidRPr="003A6AC8">
        <w:rPr>
          <w:lang w:val="ru-RU"/>
        </w:rPr>
        <w:t>Закріплення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знань</w:t>
      </w:r>
      <w:proofErr w:type="spellEnd"/>
      <w:r w:rsidRPr="003A6AC8">
        <w:rPr>
          <w:lang w:val="ru-RU"/>
        </w:rPr>
        <w:br/>
        <w:t xml:space="preserve">- </w:t>
      </w:r>
      <w:proofErr w:type="spellStart"/>
      <w:proofErr w:type="gramStart"/>
      <w:r w:rsidRPr="003A6AC8">
        <w:rPr>
          <w:lang w:val="ru-RU"/>
        </w:rPr>
        <w:t>Назв</w:t>
      </w:r>
      <w:proofErr w:type="gramEnd"/>
      <w:r w:rsidRPr="003A6AC8">
        <w:rPr>
          <w:lang w:val="ru-RU"/>
        </w:rPr>
        <w:t>іть</w:t>
      </w:r>
      <w:proofErr w:type="spellEnd"/>
      <w:r w:rsidRPr="003A6AC8">
        <w:rPr>
          <w:lang w:val="ru-RU"/>
        </w:rPr>
        <w:t xml:space="preserve"> 2 </w:t>
      </w:r>
      <w:proofErr w:type="spellStart"/>
      <w:r w:rsidRPr="003A6AC8">
        <w:rPr>
          <w:lang w:val="ru-RU"/>
        </w:rPr>
        <w:t>контрасти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Євразії</w:t>
      </w:r>
      <w:proofErr w:type="spellEnd"/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Назвіть</w:t>
      </w:r>
      <w:proofErr w:type="spellEnd"/>
      <w:r w:rsidRPr="003A6AC8">
        <w:rPr>
          <w:lang w:val="ru-RU"/>
        </w:rPr>
        <w:t xml:space="preserve"> 2 </w:t>
      </w:r>
      <w:proofErr w:type="spellStart"/>
      <w:r w:rsidRPr="003A6AC8">
        <w:rPr>
          <w:lang w:val="ru-RU"/>
        </w:rPr>
        <w:t>географічні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рекорди</w:t>
      </w:r>
      <w:proofErr w:type="spellEnd"/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Покажіть</w:t>
      </w:r>
      <w:proofErr w:type="spellEnd"/>
      <w:r w:rsidRPr="003A6AC8">
        <w:rPr>
          <w:lang w:val="ru-RU"/>
        </w:rPr>
        <w:t xml:space="preserve"> на </w:t>
      </w:r>
      <w:proofErr w:type="spellStart"/>
      <w:r w:rsidRPr="003A6AC8">
        <w:rPr>
          <w:lang w:val="ru-RU"/>
        </w:rPr>
        <w:t>карті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Еверест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і</w:t>
      </w:r>
      <w:proofErr w:type="spellEnd"/>
      <w:r w:rsidRPr="003A6AC8">
        <w:rPr>
          <w:lang w:val="ru-RU"/>
        </w:rPr>
        <w:t xml:space="preserve"> Байкал</w:t>
      </w:r>
      <w:r w:rsidRPr="003A6AC8">
        <w:rPr>
          <w:lang w:val="ru-RU"/>
        </w:rPr>
        <w:br/>
      </w:r>
      <w:r w:rsidRPr="003A6AC8">
        <w:rPr>
          <w:lang w:val="ru-RU"/>
        </w:rPr>
        <w:br/>
      </w:r>
      <w:proofErr w:type="spellStart"/>
      <w:r w:rsidRPr="003A6AC8">
        <w:rPr>
          <w:lang w:val="ru-RU"/>
        </w:rPr>
        <w:t>Міні-вправа</w:t>
      </w:r>
      <w:proofErr w:type="spellEnd"/>
      <w:r w:rsidRPr="003A6AC8">
        <w:rPr>
          <w:lang w:val="ru-RU"/>
        </w:rPr>
        <w:t xml:space="preserve"> «Так </w:t>
      </w:r>
      <w:proofErr w:type="spellStart"/>
      <w:r w:rsidRPr="003A6AC8">
        <w:rPr>
          <w:lang w:val="ru-RU"/>
        </w:rPr>
        <w:t>чи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ні</w:t>
      </w:r>
      <w:proofErr w:type="spellEnd"/>
      <w:r w:rsidRPr="003A6AC8">
        <w:rPr>
          <w:lang w:val="ru-RU"/>
        </w:rPr>
        <w:t>»: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Євразія</w:t>
      </w:r>
      <w:proofErr w:type="spellEnd"/>
      <w:r w:rsidRPr="003A6AC8">
        <w:rPr>
          <w:lang w:val="ru-RU"/>
        </w:rPr>
        <w:t xml:space="preserve"> — </w:t>
      </w:r>
      <w:proofErr w:type="spellStart"/>
      <w:r w:rsidRPr="003A6AC8">
        <w:rPr>
          <w:lang w:val="ru-RU"/>
        </w:rPr>
        <w:t>найменший</w:t>
      </w:r>
      <w:proofErr w:type="spellEnd"/>
      <w:r w:rsidRPr="003A6AC8">
        <w:rPr>
          <w:lang w:val="ru-RU"/>
        </w:rPr>
        <w:t xml:space="preserve"> материк (</w:t>
      </w:r>
      <w:proofErr w:type="spellStart"/>
      <w:r w:rsidRPr="003A6AC8">
        <w:rPr>
          <w:lang w:val="ru-RU"/>
        </w:rPr>
        <w:t>ні</w:t>
      </w:r>
      <w:proofErr w:type="spellEnd"/>
      <w:r w:rsidRPr="003A6AC8">
        <w:rPr>
          <w:lang w:val="ru-RU"/>
        </w:rPr>
        <w:t>)</w:t>
      </w:r>
      <w:r w:rsidRPr="003A6AC8">
        <w:rPr>
          <w:lang w:val="ru-RU"/>
        </w:rPr>
        <w:br/>
        <w:t xml:space="preserve">- Байкал — </w:t>
      </w:r>
      <w:proofErr w:type="spellStart"/>
      <w:r w:rsidRPr="003A6AC8">
        <w:rPr>
          <w:lang w:val="ru-RU"/>
        </w:rPr>
        <w:t>найглибше</w:t>
      </w:r>
      <w:proofErr w:type="spellEnd"/>
      <w:r w:rsidRPr="003A6AC8">
        <w:rPr>
          <w:lang w:val="ru-RU"/>
        </w:rPr>
        <w:t xml:space="preserve"> озеро (так)</w:t>
      </w:r>
      <w:r w:rsidRPr="003A6AC8">
        <w:rPr>
          <w:lang w:val="ru-RU"/>
        </w:rPr>
        <w:br/>
      </w:r>
      <w:r w:rsidRPr="003A6AC8">
        <w:rPr>
          <w:lang w:val="ru-RU"/>
        </w:rPr>
        <w:br/>
        <w:t xml:space="preserve">5. </w:t>
      </w:r>
      <w:proofErr w:type="spellStart"/>
      <w:proofErr w:type="gramStart"/>
      <w:r w:rsidRPr="003A6AC8">
        <w:rPr>
          <w:lang w:val="ru-RU"/>
        </w:rPr>
        <w:t>П</w:t>
      </w:r>
      <w:proofErr w:type="gramEnd"/>
      <w:r w:rsidRPr="003A6AC8">
        <w:rPr>
          <w:lang w:val="ru-RU"/>
        </w:rPr>
        <w:t>ідсумок</w:t>
      </w:r>
      <w:proofErr w:type="spellEnd"/>
      <w:r w:rsidRPr="003A6AC8">
        <w:rPr>
          <w:lang w:val="ru-RU"/>
        </w:rPr>
        <w:t xml:space="preserve"> уроку</w:t>
      </w:r>
      <w:r w:rsidRPr="003A6AC8">
        <w:rPr>
          <w:lang w:val="ru-RU"/>
        </w:rPr>
        <w:br/>
      </w:r>
      <w:proofErr w:type="spellStart"/>
      <w:r w:rsidRPr="003A6AC8">
        <w:rPr>
          <w:lang w:val="ru-RU"/>
        </w:rPr>
        <w:t>Євразія</w:t>
      </w:r>
      <w:proofErr w:type="spellEnd"/>
      <w:r w:rsidRPr="003A6AC8">
        <w:rPr>
          <w:lang w:val="ru-RU"/>
        </w:rPr>
        <w:t xml:space="preserve"> — </w:t>
      </w:r>
      <w:proofErr w:type="spellStart"/>
      <w:r w:rsidRPr="003A6AC8">
        <w:rPr>
          <w:lang w:val="ru-RU"/>
        </w:rPr>
        <w:t>унікальний</w:t>
      </w:r>
      <w:proofErr w:type="spellEnd"/>
      <w:r w:rsidRPr="003A6AC8">
        <w:rPr>
          <w:lang w:val="ru-RU"/>
        </w:rPr>
        <w:t xml:space="preserve"> материк, </w:t>
      </w:r>
      <w:proofErr w:type="spellStart"/>
      <w:r w:rsidRPr="003A6AC8">
        <w:rPr>
          <w:lang w:val="ru-RU"/>
        </w:rPr>
        <w:t>який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поєднує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різні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природні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умови</w:t>
      </w:r>
      <w:proofErr w:type="spellEnd"/>
      <w:r w:rsidRPr="003A6AC8">
        <w:rPr>
          <w:lang w:val="ru-RU"/>
        </w:rPr>
        <w:t xml:space="preserve"> та </w:t>
      </w:r>
      <w:proofErr w:type="spellStart"/>
      <w:r w:rsidRPr="003A6AC8">
        <w:rPr>
          <w:lang w:val="ru-RU"/>
        </w:rPr>
        <w:t>рекорди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планети</w:t>
      </w:r>
      <w:proofErr w:type="spellEnd"/>
      <w:r w:rsidRPr="003A6AC8">
        <w:rPr>
          <w:lang w:val="ru-RU"/>
        </w:rPr>
        <w:t>.</w:t>
      </w:r>
      <w:r w:rsidRPr="003A6AC8">
        <w:rPr>
          <w:lang w:val="ru-RU"/>
        </w:rPr>
        <w:br/>
      </w:r>
      <w:r w:rsidRPr="003A6AC8">
        <w:rPr>
          <w:lang w:val="ru-RU"/>
        </w:rPr>
        <w:br/>
        <w:t xml:space="preserve">6. </w:t>
      </w:r>
      <w:proofErr w:type="spellStart"/>
      <w:r w:rsidRPr="003A6AC8">
        <w:rPr>
          <w:lang w:val="ru-RU"/>
        </w:rPr>
        <w:t>Домашнє</w:t>
      </w:r>
      <w:proofErr w:type="spellEnd"/>
      <w:r w:rsidRPr="003A6AC8">
        <w:rPr>
          <w:lang w:val="ru-RU"/>
        </w:rPr>
        <w:t xml:space="preserve"> завдання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Опрацювати</w:t>
      </w:r>
      <w:proofErr w:type="spellEnd"/>
      <w:r w:rsidRPr="003A6AC8">
        <w:rPr>
          <w:lang w:val="ru-RU"/>
        </w:rPr>
        <w:t xml:space="preserve"> параграф </w:t>
      </w:r>
      <w:proofErr w:type="gramStart"/>
      <w:r w:rsidRPr="003A6AC8">
        <w:rPr>
          <w:lang w:val="ru-RU"/>
        </w:rPr>
        <w:t>п</w:t>
      </w:r>
      <w:proofErr w:type="gramEnd"/>
      <w:r w:rsidRPr="003A6AC8">
        <w:rPr>
          <w:lang w:val="ru-RU"/>
        </w:rPr>
        <w:t>ідручника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Намалювати</w:t>
      </w:r>
      <w:proofErr w:type="spellEnd"/>
      <w:r w:rsidRPr="003A6AC8">
        <w:rPr>
          <w:lang w:val="ru-RU"/>
        </w:rPr>
        <w:t xml:space="preserve"> схему «</w:t>
      </w:r>
      <w:proofErr w:type="spellStart"/>
      <w:r w:rsidRPr="003A6AC8">
        <w:rPr>
          <w:lang w:val="ru-RU"/>
        </w:rPr>
        <w:t>Контрасти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Євразії</w:t>
      </w:r>
      <w:proofErr w:type="spellEnd"/>
      <w:r w:rsidRPr="003A6AC8">
        <w:rPr>
          <w:lang w:val="ru-RU"/>
        </w:rPr>
        <w:t>»</w:t>
      </w:r>
      <w:r w:rsidRPr="003A6AC8">
        <w:rPr>
          <w:lang w:val="ru-RU"/>
        </w:rPr>
        <w:br/>
        <w:t xml:space="preserve">- </w:t>
      </w:r>
      <w:proofErr w:type="spellStart"/>
      <w:r w:rsidRPr="003A6AC8">
        <w:rPr>
          <w:lang w:val="ru-RU"/>
        </w:rPr>
        <w:t>Підготувати</w:t>
      </w:r>
      <w:proofErr w:type="spellEnd"/>
      <w:r w:rsidRPr="003A6AC8">
        <w:rPr>
          <w:lang w:val="ru-RU"/>
        </w:rPr>
        <w:t xml:space="preserve"> 3 </w:t>
      </w:r>
      <w:proofErr w:type="spellStart"/>
      <w:r w:rsidRPr="003A6AC8">
        <w:rPr>
          <w:lang w:val="ru-RU"/>
        </w:rPr>
        <w:t>цікавих</w:t>
      </w:r>
      <w:proofErr w:type="spellEnd"/>
      <w:r w:rsidRPr="003A6AC8">
        <w:rPr>
          <w:lang w:val="ru-RU"/>
        </w:rPr>
        <w:t xml:space="preserve"> </w:t>
      </w:r>
      <w:proofErr w:type="spellStart"/>
      <w:r w:rsidRPr="003A6AC8">
        <w:rPr>
          <w:lang w:val="ru-RU"/>
        </w:rPr>
        <w:t>факти</w:t>
      </w:r>
      <w:proofErr w:type="spellEnd"/>
      <w:r w:rsidRPr="003A6AC8">
        <w:rPr>
          <w:lang w:val="ru-RU"/>
        </w:rPr>
        <w:t xml:space="preserve"> про материк</w:t>
      </w:r>
    </w:p>
    <w:p w:rsidR="003A6AC8" w:rsidRDefault="0027495E">
      <w:pPr>
        <w:rPr>
          <w:lang w:val="ru-RU"/>
        </w:rPr>
      </w:pPr>
      <w:r>
        <w:rPr>
          <w:lang w:val="ru-RU"/>
        </w:rPr>
        <w:t>Конспект розробле</w:t>
      </w:r>
      <w:r w:rsidR="003A6AC8">
        <w:rPr>
          <w:lang w:val="ru-RU"/>
        </w:rPr>
        <w:t>но за допомогою ШІ</w:t>
      </w:r>
    </w:p>
    <w:p w:rsidR="00F64509" w:rsidRPr="003A6AC8" w:rsidRDefault="003A6AC8">
      <w:pPr>
        <w:rPr>
          <w:lang w:val="ru-RU"/>
        </w:rPr>
      </w:pPr>
      <w:r w:rsidRPr="003A6AC8">
        <w:rPr>
          <w:lang w:val="ru-RU"/>
        </w:rPr>
        <w:lastRenderedPageBreak/>
        <w:br/>
      </w:r>
      <w:r>
        <w:rPr>
          <w:noProof/>
          <w:lang w:val="ru-RU" w:eastAsia="ru-RU"/>
        </w:rPr>
        <w:drawing>
          <wp:inline distT="0" distB="0" distL="0" distR="0">
            <wp:extent cx="5486400" cy="4114800"/>
            <wp:effectExtent l="19050" t="0" r="0" b="0"/>
            <wp:docPr id="2" name="Рисунок 1" descr="изображение_viber_2026-04-20_10-10-31-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4-20_10-10-31-79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486400" cy="3669030"/>
            <wp:effectExtent l="19050" t="0" r="0" b="0"/>
            <wp:docPr id="3" name="Рисунок 2" descr="изображение_viber_2026-04-20_10-10-32-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4-20_10-10-32-65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5486400" cy="3656330"/>
            <wp:effectExtent l="19050" t="0" r="0" b="0"/>
            <wp:docPr id="4" name="Рисунок 3" descr="изображение_viber_2026-04-20_10-10-34-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6-04-20_10-10-34-55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4509" w:rsidRPr="003A6AC8" w:rsidSect="003A6AC8">
      <w:pgSz w:w="12240" w:h="15840"/>
      <w:pgMar w:top="1440" w:right="1800" w:bottom="1440" w:left="1800" w:header="720" w:footer="720" w:gutter="0"/>
      <w:pgBorders w:offsetFrom="page">
        <w:top w:val="birds" w:sz="30" w:space="24" w:color="auto"/>
        <w:left w:val="birds" w:sz="30" w:space="24" w:color="auto"/>
        <w:bottom w:val="birds" w:sz="30" w:space="24" w:color="auto"/>
        <w:right w:val="birds" w:sz="3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7495E"/>
    <w:rsid w:val="0029639D"/>
    <w:rsid w:val="00326F90"/>
    <w:rsid w:val="003A6AC8"/>
    <w:rsid w:val="00AA1D8D"/>
    <w:rsid w:val="00B47730"/>
    <w:rsid w:val="00C80665"/>
    <w:rsid w:val="00CB0664"/>
    <w:rsid w:val="00F64509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A6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A6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D79D1D-D863-42FB-915C-6D888517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lisme</cp:lastModifiedBy>
  <cp:revision>5</cp:revision>
  <dcterms:created xsi:type="dcterms:W3CDTF">2013-12-23T23:15:00Z</dcterms:created>
  <dcterms:modified xsi:type="dcterms:W3CDTF">2026-04-20T07:16:00Z</dcterms:modified>
  <cp:category/>
</cp:coreProperties>
</file>