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Завдання до теми: Африка</w:t>
      </w:r>
    </w:p>
    <w:p>
      <w:pPr>
        <w:pStyle w:val="Heading2"/>
      </w:pPr>
      <w:r>
        <w:t>Завдання з пропусками</w:t>
      </w:r>
    </w:p>
    <w:p>
      <w:r>
        <w:t>1. Африка перетинається екватором, тому її кліматичні зони розташовані __________.</w:t>
      </w:r>
    </w:p>
    <w:p>
      <w:r>
        <w:t>2. Найдовша річка Африки — це __________, а найбільше озеро — __________.</w:t>
      </w:r>
    </w:p>
    <w:p>
      <w:r>
        <w:t>3. Основними природними зонами Африки є __________, __________, і __________.</w:t>
      </w:r>
    </w:p>
    <w:p>
      <w:r>
        <w:t>4. Найбільша пустеля Африки — __________, а найменш волога частина материка — __________.</w:t>
      </w:r>
    </w:p>
    <w:p>
      <w:r>
        <w:t>5. Основними чинниками формування клімату Африки є __________, __________ і __________.</w:t>
      </w:r>
    </w:p>
    <w:p>
      <w:pPr>
        <w:pStyle w:val="Heading2"/>
      </w:pPr>
      <w:r>
        <w:t>Відкриті запитання</w:t>
      </w:r>
    </w:p>
    <w:p>
      <w:r>
        <w:t>1. Чому на материку Африка спостерігається найбільша широтна зональність природних зон?</w:t>
      </w:r>
    </w:p>
    <w:p>
      <w:r>
        <w:t>2. Як географічне положення Африки впливає на її клімат?</w:t>
      </w:r>
    </w:p>
    <w:p>
      <w:r>
        <w:t>3. Як зміни клімату впливають на природні зони саван і пустель Африки?</w:t>
      </w:r>
    </w:p>
    <w:p>
      <w:r>
        <w:t>4. Чому найбільші і найглибші озера утворилися на сході Африки?</w:t>
      </w:r>
    </w:p>
    <w:p>
      <w:r>
        <w:t>5. Чому саме в Африці знаходяться найбільші в світі савани?</w:t>
      </w:r>
    </w:p>
    <w:p>
      <w:pPr>
        <w:pStyle w:val="Heading2"/>
      </w:pPr>
      <w:r>
        <w:t>Завдання на співставлення</w:t>
      </w:r>
    </w:p>
    <w:p>
      <w:r>
        <w:t>1. Співставте географічні об’єкти з їх характеристиками:</w:t>
      </w:r>
    </w:p>
    <w:p>
      <w:r>
        <w:t xml:space="preserve">   - Ніл</w:t>
      </w:r>
    </w:p>
    <w:p>
      <w:r>
        <w:t xml:space="preserve">   - Сахара</w:t>
      </w:r>
    </w:p>
    <w:p>
      <w:r>
        <w:t xml:space="preserve">   - Вікторія</w:t>
      </w:r>
    </w:p>
    <w:p>
      <w:r>
        <w:t xml:space="preserve">   - Драконові гори</w:t>
      </w:r>
    </w:p>
    <w:p>
      <w:r>
        <w:t xml:space="preserve">   а) Найбільша пустеля.</w:t>
        <w:br/>
        <w:t xml:space="preserve">   б) Найвищий гірський хребет.</w:t>
        <w:br/>
        <w:t xml:space="preserve">   в) Найдовша річка.</w:t>
        <w:br/>
        <w:t xml:space="preserve">   г) Найбільше озеро.</w:t>
      </w:r>
    </w:p>
    <w:p>
      <w:r>
        <w:t>2. Співставте природні зони Африки з їх тваринним світом:</w:t>
      </w:r>
    </w:p>
    <w:p>
      <w:r>
        <w:t xml:space="preserve">   - Савани</w:t>
      </w:r>
    </w:p>
    <w:p>
      <w:r>
        <w:t xml:space="preserve">   - Екваторіальні ліси</w:t>
      </w:r>
    </w:p>
    <w:p>
      <w:r>
        <w:t xml:space="preserve">   - Пустелі</w:t>
      </w:r>
    </w:p>
    <w:p>
      <w:r>
        <w:t xml:space="preserve">   а) Баобаби та жирафи.</w:t>
        <w:br/>
        <w:t xml:space="preserve">   б) Слон, горила, тропічна рослинність.</w:t>
        <w:br/>
        <w:t xml:space="preserve">   в) Верблюди, фінікові пальми.</w:t>
      </w:r>
    </w:p>
    <w:p>
      <w:pPr>
        <w:pStyle w:val="Heading2"/>
      </w:pPr>
      <w:r>
        <w:t>Завдання з контурною картою</w:t>
      </w:r>
    </w:p>
    <w:p>
      <w:r>
        <w:t>1. Позначте на контурній карті:</w:t>
      </w:r>
    </w:p>
    <w:p>
      <w:r>
        <w:t xml:space="preserve">   - Найвищий вулкан Африки (Кіліманджаро).</w:t>
      </w:r>
    </w:p>
    <w:p>
      <w:r>
        <w:t xml:space="preserve">   - Найдовшу річку світу (Ніл).</w:t>
      </w:r>
    </w:p>
    <w:p>
      <w:r>
        <w:t xml:space="preserve">   - Найбільше озеро Африки (Вікторія).</w:t>
      </w:r>
    </w:p>
    <w:p>
      <w:r>
        <w:t xml:space="preserve">   - Найбільшу пустелю світу (Сахара).</w:t>
      </w:r>
    </w:p>
    <w:p>
      <w:r>
        <w:t xml:space="preserve">   - Розташування екватора на материку.</w:t>
      </w:r>
    </w:p>
    <w:p>
      <w:r>
        <w:t>2. Нанесіть на контурну карту основні елементи берегової лінії:</w:t>
      </w:r>
    </w:p>
    <w:p>
      <w:r>
        <w:t xml:space="preserve">   - Затоки: Гвінейська, Аденська.</w:t>
      </w:r>
    </w:p>
    <w:p>
      <w:r>
        <w:t xml:space="preserve">   - Протоки: Гібралтарська, Баб-ель-Мандебська.</w:t>
      </w:r>
    </w:p>
    <w:p>
      <w:r>
        <w:t xml:space="preserve">   - Острів Мадагаскар.</w:t>
      </w:r>
    </w:p>
    <w:p>
      <w:r>
        <w:t xml:space="preserve">   - Мозамбіцьку протоку.</w:t>
      </w:r>
    </w:p>
    <w:p>
      <w:pPr>
        <w:pStyle w:val="Heading2"/>
      </w:pPr>
      <w:r>
        <w:t>Завдання на основі останньої колонки таблиці</w:t>
      </w:r>
    </w:p>
    <w:p>
      <w:r>
        <w:t>1. Проведіть дослідження, чому найбільші та найглибші озера Африки утворилися на сході материка. Який зв’язок між тектонічними процесами та рельєфом цієї частини?</w:t>
      </w:r>
    </w:p>
    <w:p>
      <w:r>
        <w:t>2. Виконайте моделювання плавання Васко да Гами вздовж берегів Африки. Позначте на карті ключові точки маршруту.</w:t>
      </w:r>
    </w:p>
    <w:p>
      <w:r>
        <w:t>3. Проаналізуйте роль Девіда Лівінгстона у відкритті водних об’єктів Африки. Які відкриття були найважливішими для науки?</w:t>
      </w:r>
    </w:p>
    <w:p>
      <w:r>
        <w:t>4. У групах обговоріть, які природні особливості формуються через перетин екватором центра Африки. Запишіть 3 приклади і поясніть їх вплив на природу материка.</w:t>
      </w:r>
    </w:p>
    <w:p>
      <w:r>
        <w:t>5. Створіть фотосафарі найбільшими національними парками Африки. Підготуйте візуальну презентацію із включенням фактів про флору, фауну та клімат кожного парку.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